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קוראים מפה ומקרא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לתכנן מסלול סיור עם תחנות מסודרות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החשיבות של שיתוף וציור מפה בסוף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להבין מה אומר כל סימן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לדעת מה הלאה ואיפה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כי הוא גדל במקום עוד לפני שרוב הבתים נבנו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משתפים ברשמים ומציירים מפה של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רואים בה את המקום מלמעלה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המקרא הוא ההסבר של הסימנים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המספור עוזר לדעת את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עץ זקן היה שם לפני שנבנו הבתים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וציור מפה הם חלק חשוב מהסיור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בדיוק רואים 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(הסבר על הסימנים שבמפה)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עצירה בסיור)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(הדרך שבה הולכים בסיור)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(הסתכלות על מקום מלמעלה)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המקומות המעניינים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את התחנות על המפה לפי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יוצאים לסיור ועוצרים בכל תחנה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בסוף משתפים ומציירים מפה של המסלול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לדעת לאן הולכים, כמה זמן זה ייקח ולא להתבלבל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לזרוק זבל, לא לקטוף פרחים ולשמור על הניקיון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עוצרים, מקשיבים לסיפור על המקום ולפעמים מציירים או רושמים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המקרא מסביר את הסימנים במפה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התחנות ממוספרות כדי לדעת מה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הסיור משתפים ומציירים מפה של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אמיתית של היישוב ולהראות דוגמה למקרא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לחשוב על מקום אמיתי ביישוב שהם היו רוצים להציע כתחנה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קבוצתי: כל קבוצה מתכננת מסלול קצר ומציגה אותו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איך קוראים מפה ואיך מתכננים סיור ביישוב. בדף הזה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על הסימנים שבמפה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הולכים בסיור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עצירה בסיור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מבט של ציפור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הסתכלות על מקום מלמעלה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אנחנו גרים ולומדים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מקום נקי ושלם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 במפה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שמסמן משהו במפה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המקרא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שהמפה תהיה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להבין מה אומר כל סימן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לכתוב שמות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שהמפה תהיה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נותנים מספר לכל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לזכור ימי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לספור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מה הלאה ואיפה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מספרים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בעץ הזקן?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אפשר לטפס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עליו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ירוק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במקום עוד לפני שרוב הבתים נבנו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אחרי שהסיור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מיד הביתה בלי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משתפים ברשמים ומציירים מפה של המסלול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אומרים שמפה היא כמו מבט מלמעלה?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בה ציורי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כחולה כמו 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רואים בה את המקום מלמעלה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עפה ברוח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מקרא במפה מסביר מה כל סימן אומר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למספר תחנות בסיור כי כולם זוכרים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זקן יכול לספר על ההיסטוריה של היישוב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הסיור אין טעם לשתף חוויות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מבט של ציפור הוא הסתכלות על מקום מלמעלה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להבין מה כל סימן במפה אומר, מסתכלים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תחנה בסיור מקבלת __________ כדי לדעת את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עץ __________ גדל במקום הרבה לפני שנבנו רוב הבתים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הסיור התלמידים מציירים __________ של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הסתכלות על מקום מלמעלה נקראת מבט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הסתכלות על מקום מלמעלה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על הסימנים שבמפה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עצירה בסיור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מבט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הדרך שבה הולכים בסיור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לסיור ועוצרים בכל תחנה לפי הסדר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משתפים ומציירים מפה של המסלול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המקומות המעניינים ביישוב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התחנות על המפה לפי 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חשוב לתכנן מסלול לפני שיוצאים לסיור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דרך אחת לשמור על היישוב בזמן הסיור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כשמגיעים לתחנה בסיור?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צריכים מקרא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בוחרים את סדר התחנות בסיור?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בסוף הסיור?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