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יוצאים לסיור – מסלול ביישוב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קוראים מפה ומקרא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לתכנן מסלול סיור עם תחנות מסודרות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החשיבות של שיתוף וציור מפה בסוף הסיור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כדי להבין מה אומר כל סימן במפה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כדי לדעת מה הלאה ואיפה עוצרים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המקרא הוא ההסבר של הסימנים במפה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שיתוף וציור מפה הם חלק חשוב מהסיור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(הסבר על הסימנים שבמפה)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(מקום עצירה בסיור)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(הדרך שבה הולכים בסיור)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תכנון הסיור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את המקומות המעניינים ביישוב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מסמנים את התחנות על המפה לפי 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בסוף משתפים ומציירים מפה של המסלול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לדעת לאן הולכים, כמה זמן זה ייקח ולא להתבלבל בדרך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עוצרים, מקשיבים לסיפור על המקום ולפעמים מציירים או רושמים משהו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המקרא מסביר את הסימנים במפה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התחנות ממוספרות כדי לדעת מה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בסוף הסיור משתפים ומציירים מפה של המסלול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מפה אמיתית של היישוב ולהראות דוגמה למקרא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את התלמידים לחשוב על מקום אמיתי ביישוב שהם היו רוצים להציע כתחנה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קבוצתי: כל קבוצה מתכננת מסלול קצר ומציגה אותו לכיתה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יוצאים לסיור – מסלול ביישוב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בשיעור הזה למדנו איך מתכננים מסלול סיור ביישוב, קוראים מפה ומגלים מקומות שמספרים את סיפור המקום. הדף הזה יעזור לכם לתרגל את מה שלמדתם.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מספר  ·  ציפור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צריך מקרא במפה?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כדי שהמפה תהיה צבעונית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כדי להבין מה אומר כל סימן במפה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כדי לכתוב שמות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כדאי למספר את התחנות בסיור?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כדי לזכור ימי הולדת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כדי לספור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כדי לדעת מה הלאה ואיפה עוצרים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מקרא במפה מסביר מה כל סימן אומר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בסוף הסיור אין טעם לשתף חוויות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כל תחנה בסיור מקבלת __________ כדי לדעת את 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הסתכלות על מקום מלמעלה נקראת מבט של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מקרא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הדרך שבה הולכים בסיור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תחנה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הסבר על הסימנים שבמפה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מסלול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מקום עצירה בסיור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תכנון הסיור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בסוף משתפים ומציירים מפה של המסלול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את המקומות המעניינים ביישוב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מסמנים את התחנות על המפה לפי סדר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שאלות פתוחות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למה חשוב לתכנן מסלול לפני שיוצאים לסיור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עושים כשמגיעים לתחנה בסיור?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אנחנו צריכים מקרא במפה?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בוחרים את סדר התחנות בסיור?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יוצאים לסיור – מסלול ביישוב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